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אכל את העוגה? - הבנת הנקרא, כינויי גוף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סיפור בלשי לפי רמזים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בכינויי גוף וכינויי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לפיסוק בדיבור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עוגת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עקבות קטנות של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פוצי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הוציאה עוגה נוספת מהמקרר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עידו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מקובלת, גם אם בטקסט נאמר רק שזה לא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אמר שהרגליים שלו גדולות, והעקבות היו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אחד מצא רמז אחר ויחד פתרו את התעלומה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פוצי קיבל עצם, לא 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הרמז הראשון היה עקבות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כינוי שייכות או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מצא את הרמז?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(עקבות קטנות של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(פירורים ליד הדלת לגינה)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(שערות לבנות על הכיסא)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(הכלב שאכל את העוגה)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(אפתה את עוגת השוקולד)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שוקולד אינו מאכל מתאים לכלבים ועלול להזיק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אמר שהרגליים שלו גדולות, והעקבות שנמצאו היו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העקבות הקטנות, הפירורים ליד הדלת והשערות הלבנות הראו יחד שהגנב הוא כלב קטן ולבן - פוצי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כינוי שייכות אחד, המשך הגיוני לסיפור ואורך של 3-4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שאלה: מי אכל את העוגה - אמרה סבתא. קריאה: אני לא אכלתי - אמר יואב, או בואו נהיה בלשים - אמרה 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פוצי הכלב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 / שלנו / שלה /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השערות הלבנות על הכיסא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עצרו את הקריאה אחרי הפסקה השלישית ובקשו מהתלמידים לנחש מי אכל את העוגה, ועדכנו ניחושים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המחישו שלי, שלנו ושלהם בעזרת חפצים אמיתיים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בלשים ולתת לכל קבוצה למצוא רמז אחד בטקסט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אכל את העוגה? - הבנת הנקרא, כינויי גוף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סבתא אפתה עוגה. מישהו אכל אותה. הילדים מחפשים רמזים ומגלים מי עשה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מסתורי שצריך לפתור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קטן שעוזר לגלות את האמת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שחוקר ופותר תעלומות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שמישהו השאיר אחריו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חתיכות קטנטנות של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למי שייך משהו, כמו שלי או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אדם, כמו אני או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הוכחה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שמראה שמשהו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סבתא הכינה?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עוגת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עוגת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יואב ראה ברצפה?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עקבות קטנות של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שערות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האשם?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פוצי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סבתא עשתה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כעסה על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הוציאה עוגה נוספת מהמקרר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אפתה עוגה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שלחה את הילדים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מצא את הפירורים?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מצא את השערות?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מזיק לכלבים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הוכיח שהעקבות לא שלו כי הרגליים שלו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הנכדים עבדו יחד כדי לפתור את התעלומה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 פוצי קיבל עונש בסוף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הרמז הראשון שנמצא היה שערות לבנות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כינוי שייכות או כינוי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"הרגליים __________ גדולות," אמר יואב.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"זאת העוגה __________ לארוחת הערב," אמרה סבתא.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הנכדים מצאו את הכלב __________ (של סבתא).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"הילדים מצאו את הרמזים. הרמזים __________."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"__________ נגלה מי עשה את זה," אמרה נוי.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 מצא את הרמז?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שערות לבנות על הכיסא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אפתה את עוגת השוקולד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הכלב שאכל את העוגה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עקבות קטנות של 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סבתא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פירורים ליד הדלת לגינה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אמרה סבתא לפוצי "זה לא בריא לך"?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הוכיח יואב שהעקבות אינן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כל רמז הוביל את הילדים לפתרון התעלומה?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המשך קצר (3-4 משפטים): מה עשו הבלשים עם הפרס? השתמשו לפחות פעם אחת במילים שלי, שלנו או שלהם.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בטקסט משפט שאלה אחד ומשפט קריאה אחד, וכתבו מי אמר 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אכל את העוגה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לכינוי שייכות מהסיפור.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הרמז שעזר לילדים לגלות שהגנב הוא כלב?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אכל את העוגה? - הבנת הנקרא, כינויי גוף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